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3969"/>
        <w:gridCol w:w="7937"/>
      </w:tblGrid>
      <w:tr>
        <w:trPr>
          <w:trHeight w:val="16271" w:hRule="atLeast"/>
        </w:trPr>
        <w:tc>
          <w:tcPr>
            <w:tcW w:type="dxa" w:w="3969"/>
            <w:shd w:val="clear" w:color="auto" w:fill="F1F5F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510" w:right="51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240"/>
              <w:ind w:left="510" w:right="51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jecutiv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80"/>
              <w:ind w:left="510" w:right="510"/>
            </w:pPr>
            <w:r>
              <w:rPr>
                <w:b/>
                <w:color w:val="E4572E"/>
                <w:sz w:val="42"/>
              </w:rPr>
              <w:t>Xavier Méndez Soler</w:t>
            </w:r>
          </w:p>
          <w:p>
            <w:pPr>
              <w:spacing w:before="0" w:after="120"/>
              <w:ind w:left="510" w:right="510"/>
            </w:pPr>
            <w:r>
              <w:rPr>
                <w:b w:val="0"/>
                <w:color w:val="64748B"/>
                <w:sz w:val="22"/>
              </w:rPr>
              <w:t>Ingeniero mecánico</w:t>
            </w:r>
          </w:p>
          <w:p>
            <w:pPr>
              <w:spacing w:before="360" w:after="120"/>
              <w:ind w:left="510" w:right="510"/>
            </w:pPr>
            <w:r>
              <w:rPr>
                <w:b/>
                <w:color w:val="E4572E"/>
                <w:sz w:val="20"/>
                <w:spacing w:val="30"/>
              </w:rPr>
              <w:t>CONTACTO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671 181 682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xavier.mendez@correo-ejemplo.es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Valencia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linkedin.com/in/xaviermendez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E4572E"/>
                <w:sz w:val="20"/>
                <w:spacing w:val="30"/>
              </w:rPr>
              <w:t>HABILIDADES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SolidWorks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AutoCAD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ANSYS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MATLAB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Mantenimiento preventivo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SAP PM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Lean manufacturing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E4572E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Valenciano C1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Inglés B2</w:t>
            </w:r>
          </w:p>
        </w:tc>
        <w:tc>
          <w:tcPr>
            <w:tcW w:type="dxa" w:w="79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737" w:right="56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120"/>
              <w:ind w:left="737" w:right="567"/>
              <w:pBdr>
                <w:bottom w:val="single" w:sz="8" w:space="2" w:color="E4572E"/>
              </w:pBdr>
            </w:pPr>
            <w:r>
              <w:rPr>
                <w:b/>
                <w:color w:val="E4572E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737" w:right="567"/>
            </w:pPr>
            <w:r>
              <w:rPr>
                <w:b w:val="0"/>
                <w:sz w:val="21"/>
              </w:rPr>
              <w:t>Ingeniero mecánico con 7 años en diseño y mantenimiento de componentes para automoción. Trabajo con SolidWorks y cálculo por elementos finitos, y me interesa sobre todo aligerar piezas sin perder resistencia.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E4572E"/>
              </w:pBdr>
            </w:pPr>
            <w:r>
              <w:rPr>
                <w:b/>
                <w:color w:val="E4572E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Ingeniero de diseño mecánico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Turia Automotive Components, Almussafes  ·  2019 – Actualidad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Rediseño de soportes de motor en aluminio: un 22 % menos de peso.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Diseño en SolidWorks y validación FEM de 30 piezas al año.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Coordino con proveedores la industrialización de nuevos utillajes.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Ingeniero de mantenimiento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Metalúrgica del Mediterráneo, Sagunto  ·  2017 – 2019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Plan de mantenimiento preventivo para 4 líneas de prensa.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Bajé las paradas no programadas un 30 % en un año.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Gestión de repuestos y órdenes de trabajo en SAP PM.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E4572E"/>
              </w:pBdr>
            </w:pPr>
            <w:r>
              <w:rPr>
                <w:b/>
                <w:color w:val="E4572E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Máster en Ingeniería Mecánica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Universitat Politècnica de València  ·  2015 – 2017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Grado en Ingeniería Mecánica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Universitat Politècnica de València  ·  2011 – 2015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Simulación por elementos finitos con ANSYS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CADFEM Spain  ·  2021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