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rmatic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7C3AED"/>
                <w:sz w:val="42"/>
              </w:rPr>
              <w:t>Carolina Bautista Prieto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Ingeniera en informática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7C3AED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693 207 418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carolina@bautista.dev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Bilbao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github.com/cbautista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7C3AED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Java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Spring Boot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Python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AWS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Kubernetes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PostgreSQL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CI/CD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Arquitectura de microservicios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7C3AED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Euskera B2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C1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7C3AED"/>
              </w:pBdr>
            </w:pPr>
            <w:r>
              <w:rPr>
                <w:b/>
                <w:color w:val="7C3AED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Ingeniera informática con 6 años desarrollando backend y plataformas en la nube. Me muevo cómoda entre Java, Python y Kubernetes, y disfruto convirtiendo sistemas lentos y frágiles en servicios que no despiertan a nadie de madrugada.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7C3AED"/>
              </w:pBdr>
            </w:pPr>
            <w:r>
              <w:rPr>
                <w:b/>
                <w:color w:val="7C3AED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Ingeniera de software sénior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Kodea Fintech, Bilbao  ·  2021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Migré el monolito de pagos a 8 microservicios en AWS.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Reduje el tiempo de respuesta de la API de 900 a 180 ms.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Mentora de 3 desarrolladores junior.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Desarrolladora backend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Ibaizabal Sistemas, Bilbao  ·  2018 – 2021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Desarrollo de APIs REST en Java y Spring Boot para clientes de banca.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Automaticé los despliegues con GitLab CI: de una tarde a 15 minutos.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Cobertura de tests del 45 % al 80 %.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7C3AED"/>
              </w:pBdr>
            </w:pPr>
            <w:r>
              <w:rPr>
                <w:b/>
                <w:color w:val="7C3AED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Ingeniería Informática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del País Vasco  ·  2014 – 2018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AWS Certified Solutions Architect – Associate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Amazon Web Services  ·  2022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