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  <w:jc w:val="center"/>
      </w:pPr>
      <w:r>
        <w:rPr>
          <w:b/>
          <w:color w:val="1F2937"/>
          <w:sz w:val="52"/>
        </w:rPr>
        <w:t>David Lozano Herrera</w:t>
      </w:r>
    </w:p>
    <w:p>
      <w:pPr>
        <w:spacing w:before="0" w:after="80"/>
        <w:jc w:val="center"/>
      </w:pPr>
      <w:r>
        <w:rPr>
          <w:b w:val="0"/>
          <w:color w:val="64748B"/>
          <w:sz w:val="26"/>
        </w:rPr>
        <w:t>Mozo de almacén</w:t>
      </w:r>
    </w:p>
    <w:p>
      <w:pPr>
        <w:spacing w:before="0" w:after="120"/>
        <w:jc w:val="center"/>
      </w:pPr>
      <w:r>
        <w:rPr>
          <w:b w:val="0"/>
          <w:sz w:val="19"/>
        </w:rPr>
        <w:t>611 947 253  |  david.lozano@ejemplo.com  |  Valencia, España  |  Carnet de carretillero · Vehículo propio</w:t>
      </w:r>
    </w:p>
    <w:p>
      <w:pPr>
        <w:spacing w:before="280" w:after="120"/>
        <w:pBdr>
          <w:bottom w:val="single" w:sz="8" w:space="2" w:color="1F2937"/>
        </w:pBdr>
      </w:pPr>
      <w:r>
        <w:rPr>
          <w:b/>
          <w:color w:val="1F2937"/>
          <w:sz w:val="20"/>
          <w:spacing w:val="30"/>
        </w:rPr>
        <w:t>PERFIL PROFESIONAL</w:t>
      </w:r>
    </w:p>
    <w:p>
      <w:pPr>
        <w:spacing w:before="0" w:after="80"/>
      </w:pPr>
      <w:r>
        <w:rPr>
          <w:b w:val="0"/>
          <w:sz w:val="21"/>
        </w:rPr>
        <w:t>Mozo de almacén con 5 años de experiencia en centros logísticos de alimentación y comercio electrónico. Manejo de carretilla elevadora y transpalet, preparación de pedidos con PDA y control de stock. Rápido y preciso en picking, con atención a las normas de seguridad. Disponibilidad inmediata.</w:t>
      </w:r>
    </w:p>
    <w:p>
      <w:pPr>
        <w:spacing w:before="280" w:after="120"/>
        <w:pBdr>
          <w:bottom w:val="single" w:sz="8" w:space="2" w:color="1F2937"/>
        </w:pBdr>
      </w:pPr>
      <w:r>
        <w:rPr>
          <w:b/>
          <w:color w:val="1F2937"/>
          <w:sz w:val="20"/>
          <w:spacing w:val="30"/>
        </w:rPr>
        <w:t>EXPERIENCIA PROFESIONAL</w:t>
      </w:r>
    </w:p>
    <w:p>
      <w:pPr>
        <w:spacing w:before="80" w:after="0"/>
      </w:pPr>
      <w:r>
        <w:rPr>
          <w:b/>
          <w:sz w:val="23"/>
        </w:rPr>
        <w:t>Mozo de almacén / Preparador de pedidos</w:t>
      </w:r>
    </w:p>
    <w:p>
      <w:pPr>
        <w:spacing w:before="0" w:after="60"/>
      </w:pPr>
      <w:r>
        <w:rPr>
          <w:b w:val="0"/>
          <w:color w:val="64748B"/>
          <w:sz w:val="19"/>
        </w:rPr>
        <w:t>Logística Levante Ejemplo, Valencia  ·  2022 – Actualidad</w:t>
      </w:r>
    </w:p>
    <w:p>
      <w:pPr>
        <w:spacing w:before="0" w:after="40"/>
        <w:ind w:left="255" w:hanging="255"/>
      </w:pPr>
      <w:r>
        <w:rPr>
          <w:b w:val="0"/>
          <w:sz w:val="21"/>
        </w:rPr>
        <w:t>•  Preparé una media de 180 pedidos por turno con una tasa de error inferior al 1%.</w:t>
      </w:r>
    </w:p>
    <w:p>
      <w:pPr>
        <w:spacing w:before="0" w:after="40"/>
        <w:ind w:left="255" w:hanging="255"/>
      </w:pPr>
      <w:r>
        <w:rPr>
          <w:b w:val="0"/>
          <w:sz w:val="21"/>
        </w:rPr>
        <w:t>•  Descargué y ubiqué mercancía de 8 camiones a la semana con carretilla y transpalet.</w:t>
      </w:r>
    </w:p>
    <w:p>
      <w:pPr>
        <w:spacing w:before="0" w:after="40"/>
        <w:ind w:left="255" w:hanging="255"/>
      </w:pPr>
      <w:r>
        <w:rPr>
          <w:b w:val="0"/>
          <w:sz w:val="21"/>
        </w:rPr>
        <w:t>•  Realicé inventarios cíclicos y reduje las diferencias de stock un 20%.</w:t>
      </w:r>
    </w:p>
    <w:p>
      <w:pPr>
        <w:spacing w:before="80" w:after="0"/>
      </w:pPr>
      <w:r>
        <w:rPr>
          <w:b/>
          <w:sz w:val="23"/>
        </w:rPr>
        <w:t>Mozo de almacén</w:t>
      </w:r>
    </w:p>
    <w:p>
      <w:pPr>
        <w:spacing w:before="0" w:after="60"/>
      </w:pPr>
      <w:r>
        <w:rPr>
          <w:b w:val="0"/>
          <w:color w:val="64748B"/>
          <w:sz w:val="19"/>
        </w:rPr>
        <w:t>Distribuciones Ejemplo S.L., Paterna  ·  2019 – 2022</w:t>
      </w:r>
    </w:p>
    <w:p>
      <w:pPr>
        <w:spacing w:before="0" w:after="40"/>
        <w:ind w:left="255" w:hanging="255"/>
      </w:pPr>
      <w:r>
        <w:rPr>
          <w:b w:val="0"/>
          <w:sz w:val="21"/>
        </w:rPr>
        <w:t>•  Recepcioné, verifiqué y etiqueté mercancía de proveedores de alimentación seca y refrigerada.</w:t>
      </w:r>
    </w:p>
    <w:p>
      <w:pPr>
        <w:spacing w:before="0" w:after="40"/>
        <w:ind w:left="255" w:hanging="255"/>
      </w:pPr>
      <w:r>
        <w:rPr>
          <w:b w:val="0"/>
          <w:sz w:val="21"/>
        </w:rPr>
        <w:t>•  Embalé envíos según los requisitos de cada cliente, reduciendo las incidencias por rotura.</w:t>
      </w:r>
    </w:p>
    <w:p>
      <w:pPr>
        <w:spacing w:before="0" w:after="40"/>
        <w:ind w:left="255" w:hanging="255"/>
      </w:pPr>
      <w:r>
        <w:rPr>
          <w:b w:val="0"/>
          <w:sz w:val="21"/>
        </w:rPr>
        <w:t>•  Cumplí las normas de seguridad sin accidentes durante tres años.</w:t>
      </w:r>
    </w:p>
    <w:p>
      <w:pPr>
        <w:spacing w:before="280" w:after="120"/>
        <w:pBdr>
          <w:bottom w:val="single" w:sz="8" w:space="2" w:color="1F2937"/>
        </w:pBdr>
      </w:pPr>
      <w:r>
        <w:rPr>
          <w:b/>
          <w:color w:val="1F2937"/>
          <w:sz w:val="20"/>
          <w:spacing w:val="30"/>
        </w:rPr>
        <w:t>FORMACIÓN</w:t>
      </w:r>
    </w:p>
    <w:p>
      <w:pPr>
        <w:spacing w:before="80" w:after="0"/>
      </w:pPr>
      <w:r>
        <w:rPr>
          <w:b/>
          <w:sz w:val="23"/>
        </w:rPr>
        <w:t>Curso de carretillero y prevención de riesgos laborales</w:t>
      </w:r>
    </w:p>
    <w:p>
      <w:pPr>
        <w:spacing w:before="0" w:after="60"/>
      </w:pPr>
      <w:r>
        <w:rPr>
          <w:b w:val="0"/>
          <w:color w:val="64748B"/>
          <w:sz w:val="19"/>
        </w:rPr>
        <w:t>Centro de Formación Ejemplo, Valencia  ·  2019</w:t>
      </w:r>
    </w:p>
    <w:p>
      <w:pPr>
        <w:spacing w:before="80" w:after="0"/>
      </w:pPr>
      <w:r>
        <w:rPr>
          <w:b/>
          <w:sz w:val="23"/>
        </w:rPr>
        <w:t>Certificado de manipulador de alimentos</w:t>
      </w:r>
    </w:p>
    <w:p>
      <w:pPr>
        <w:spacing w:before="0" w:after="60"/>
      </w:pPr>
      <w:r>
        <w:rPr>
          <w:b w:val="0"/>
          <w:color w:val="64748B"/>
          <w:sz w:val="19"/>
        </w:rPr>
        <w:t>Entidad Formativa Ejemplo  ·  2019</w:t>
      </w:r>
    </w:p>
    <w:p>
      <w:pPr>
        <w:spacing w:before="80" w:after="0"/>
      </w:pPr>
      <w:r>
        <w:rPr>
          <w:b/>
          <w:sz w:val="23"/>
        </w:rPr>
        <w:t>Educación Secundaria Obligatoria</w:t>
      </w:r>
    </w:p>
    <w:p>
      <w:pPr>
        <w:spacing w:before="0" w:after="60"/>
      </w:pPr>
      <w:r>
        <w:rPr>
          <w:b w:val="0"/>
          <w:color w:val="64748B"/>
          <w:sz w:val="19"/>
        </w:rPr>
        <w:t>IES Ejemplo, Valencia  ·  2013 – 2017</w:t>
      </w:r>
    </w:p>
    <w:p>
      <w:pPr>
        <w:spacing w:before="280" w:after="120"/>
        <w:pBdr>
          <w:bottom w:val="single" w:sz="8" w:space="2" w:color="1F2937"/>
        </w:pBdr>
      </w:pPr>
      <w:r>
        <w:rPr>
          <w:b/>
          <w:color w:val="1F2937"/>
          <w:sz w:val="20"/>
          <w:spacing w:val="30"/>
        </w:rPr>
        <w:t>HABILIDADES</w:t>
      </w:r>
    </w:p>
    <w:p>
      <w:pPr>
        <w:spacing w:before="0" w:after="80"/>
      </w:pPr>
      <w:r>
        <w:rPr>
          <w:b w:val="0"/>
          <w:sz w:val="21"/>
        </w:rPr>
        <w:t>Carretilla elevadora y transpalet  ·  Picking con PDA  ·  Control de stock e inventario  ·  Embalaje y etiquetado  ·  Trabajo en equipo y turnos rotativos</w:t>
      </w:r>
    </w:p>
    <w:p>
      <w:pPr>
        <w:spacing w:before="280" w:after="120"/>
        <w:pBdr>
          <w:bottom w:val="single" w:sz="8" w:space="2" w:color="1F2937"/>
        </w:pBdr>
      </w:pPr>
      <w:r>
        <w:rPr>
          <w:b/>
          <w:color w:val="1F2937"/>
          <w:sz w:val="20"/>
          <w:spacing w:val="30"/>
        </w:rPr>
        <w:t>IDIOMAS</w:t>
      </w:r>
    </w:p>
    <w:p>
      <w:pPr>
        <w:spacing w:before="0" w:after="80"/>
      </w:pPr>
      <w:r>
        <w:rPr>
          <w:b w:val="0"/>
          <w:sz w:val="21"/>
        </w:rPr>
        <w:t>Español: nativo  ·  Valenciano: nativo  ·  Inglés: A2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